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52" w:lineRule="auto"/>
      </w:pPr>
      <w:r>
        <w:rPr>
          <w:rFonts w:ascii="Tahoma" w:hAnsi="Tahoma" w:eastAsia="Tahoma" w:cs="Tahoma"/>
          <w:b/>
          <w:sz w:val="36"/>
        </w:rPr>
        <w:t>ไฟล์ตัวอย่างนำเข้าข้อสอบ Word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ข้อมูลทั้งหมดเป็นตัวอย่างสมมติ ใช้เพื่อดูรูปแบบไฟล์เท่านั้น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/>
          <w:sz w:val="32"/>
        </w:rPr>
        <w:t># Part 1: Vocabulary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1. The students should bring a ___ to write notes in class.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ก. bottle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*ข. notebook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ค. window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ง. garden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คะแนน: 1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2) Which word means “รวดเร็ว”?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ก. slow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ข. quiet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*ค. fast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ง. heavy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คะแนน: 1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/>
          <w:sz w:val="32"/>
        </w:rPr>
        <w:t># Part 2: Reading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Read the notice and answer the question.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School Activity Day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Students will clean the classroom on Friday afternoon. Please bring gloves and a water bottle.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3. What should students bring?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ก. A camera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ข. A musical instrument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ค. A lunch box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*ง. Gloves and a water bottle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คะแนน: 1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/>
          <w:sz w:val="32"/>
        </w:rPr>
        <w:t># Part 3: Short Answer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4. [อัตนัย] Write one English sentence about your favorite school subject.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คะแนน: 3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5) [อัตนัย] อธิบายสั้น ๆ ว่านักเรียนจะช่วยดูแลห้องเรียนให้สะอาดได้อย่างไร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คะแนน: 5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</w:r>
    </w:p>
    <w:p>
      <w:pPr>
        <w:spacing w:after="40" w:line="252" w:lineRule="auto"/>
      </w:pPr>
      <w:r>
        <w:rPr>
          <w:rFonts w:ascii="Tahoma" w:hAnsi="Tahoma" w:eastAsia="Tahoma" w:cs="Tahoma"/>
          <w:b/>
          <w:sz w:val="32"/>
        </w:rPr>
        <w:t># วิธีจำแบบเร็ว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• ใช้ # เพื่อสร้างคำสั่ง/พาร์ท เช่น # Part 1: Reading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• ใช้ * หน้าตัวเลือกที่ถูก เช่น *ข. notebook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• ใช้ [อัตนัย] สำหรับข้อเขียน ไม่ต้องใส่ตัวเลือก</w:t>
      </w:r>
    </w:p>
    <w:p>
      <w:pPr>
        <w:spacing w:after="40" w:line="252" w:lineRule="auto"/>
      </w:pPr>
      <w:r>
        <w:rPr>
          <w:rFonts w:ascii="Tahoma" w:hAnsi="Tahoma" w:eastAsia="Tahoma" w:cs="Tahoma"/>
          <w:b w:val="0"/>
          <w:sz w:val="32"/>
        </w:rPr>
        <w:t>• ใช้ คะแนน: 1 หรือ คะแนน: 2.5 เพื่อกำหนดคะแนนแต่ละข้อ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